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ДОГОВОР НАЙМА ЖИЛОГО ПОМЕЩЕНИЯ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________,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________, паспорт серия и номер ________, выдан ________ ________, зарегистрированный(ая) по адресу: ________, именуемый(ая) в дальнейшем «Наймодатель», с одной стороны, и ________, паспорт серия и номер ________, выдан ________ ________, зарегистрированный(ая) по адресу: ________, именуемый(ая) в дальнейшем «Наниматель», с другой стороны, заключили настоящий договор о нижеследующем.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1. Предмет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1.1. Наймодатель передаёт Нанимателю за плату во временное владение и пользование для проживания жилое помещение (квартиру) по адресу: ________, площадью ________ кв. м (далее: квартира) (ст. 671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1.2. Квартира принадлежит Наймодателю на праве собственности на основании: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1.3. Совместно с Нанимателем в квартире вправе проживать: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1.4. Квартира передаётся по акту приёма-передачи (Приложение 1) с описью имущества (Приложение 2).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2. Срок найма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2.1. Квартира передаётся в наём на срок с «___» ____________ 20__ г. по «___» ____________ 20__ г.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3. Плата и расчёты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3.1. Плата за наём составляет ________ (________) рублей ________ копеек в месяц (ст. 682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3.2. Плата вносится не позднее ________ числа каждого месяца наличными с выдачей расписки или переводом на счёт Наймодателя.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3.3. Коммунальные услуги по показаниям приборов учёта и квитанциям оплачивает: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3.4. Размер платы изменяется только по письменному соглашению сторон.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4. Права и обязанности сторон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4.1. Наймодатель обязан передать Нанимателю свободную квартиру в состоянии, пригодном для проживания, и обеспечивать Нанимателю беспрепятственное пользование ею (ст. 676 ГК РФ). Наймодатель вправе входить в квартиру только с согласия Нанимателя, а без согласия только в случае аварии.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4.2. Наниматель обязан использовать квартиру только для проживания, бережно относиться к ней и имуществу, своевременно вносить плату, не производить перепланировку и переустройство без письменного согласия Наймодателя (ст. 678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4.3. Наниматель не вправе сдавать квартиру в поднаём без письменного согласия Наймодателя (ст. 685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4.4. Наниматель обязан своевременно сообщать Наймодателю о неисправностях и авариях и по предварительному согласованию допускать Наймодателя для осмотра квартиры.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4.5. При прекращении договора Наниматель возвращает квартиру и имущество по акту в состоянии, в котором их получил, с учётом нормального износа.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5. Прекращение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5.1. Договор может быть расторгнут по соглашению сторон, а также в случаях, предусмотренных ст. 687 ГК РФ.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5.2. Наниматель вправе расторгнуть договор, письменно предупредив Наймодателя за 30 дней.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6. Ответственность сторон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6.1. Наниматель возмещает ущерб, причинённый квартире и имуществу по его вине. Стороны отвечают за нарушение договора в соответствии с законодательством Российской Федерации.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7. Заключительные положения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7.1. Договор заключён в письменной форме (ст. 674 ГК РФ) и составлен в двух экземплярах, имеющих одинаковую силу, по одному для каждой стороны.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7.2. Изменения и дополнения к договору действительны, если сделаны в письменной форме и подписаны обеими сторонами.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7.3. Споры стороны решают путём переговоров, а при недостижении согласия в суде по месту нахождения квартиры.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Адреса и 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Наймодатель: ________, адрес регистрации: ________, телефон: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Наниматель: ________, адрес регистрации: ________, телефон: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r>
        <w:br w:type="page"/>
      </w:r>
    </w:p>
    <w:p>
      <w:pPr>
        <w:pStyle w:val="Heading1"/>
        <w:spacing w:before="240" w:after="120"/>
        <w:jc w:val="right"/>
      </w:pPr>
      <w:r>
        <w:rPr>
          <w:rFonts w:ascii="Times New Roman" w:hAnsi="Times New Roman"/>
          <w:b/>
          <w:color w:val="000000"/>
          <w:sz w:val="36"/>
        </w:rPr>
        <w:t>Приложение 1</w:t>
      </w:r>
    </w:p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АКТ ПРИЁМА-ПЕРЕДАЧИ КВАРТИРЫ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к договору найма жилого помещения от «___» ____________ 20__ г.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 (Наймодатель) передал, а ________ (Наниматель) принял квартиру по адресу: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 Состояние квартиры на момент передачи: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 Показания приборов учёта на момент передачи: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000000"/>
                <w:sz w:val="22"/>
              </w:rPr>
              <w:t>Прибор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000000"/>
                <w:sz w:val="22"/>
              </w:rPr>
              <w:t>Показания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Электричество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Холодная вода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Горячая вода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  <w:tr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Газ</w:t>
            </w:r>
          </w:p>
        </w:tc>
        <w:tc>
          <w:tcPr>
            <w:tcW w:type="dxa" w:w="4844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  <w:t>________</w:t>
            </w:r>
          </w:p>
        </w:tc>
      </w:tr>
    </w:tbl>
    <w:p/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 Передано комплектов ключей: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 Наниматель осмотрел квартиру и имущество согласно описи (Приложение 2). Претензий к состоянию квартиры и имущества Наниматель не имеет, кроме указанных в пункте 1.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Наймодатель: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Наниматель: ______________ / ________ /</w:t>
      </w:r>
    </w:p>
    <w:p>
      <w:r>
        <w:br w:type="page"/>
      </w:r>
    </w:p>
    <w:p>
      <w:pPr>
        <w:pStyle w:val="Heading1"/>
        <w:spacing w:before="240" w:after="120"/>
        <w:jc w:val="right"/>
      </w:pPr>
      <w:r>
        <w:rPr>
          <w:rFonts w:ascii="Times New Roman" w:hAnsi="Times New Roman"/>
          <w:b/>
          <w:color w:val="000000"/>
          <w:sz w:val="36"/>
        </w:rPr>
        <w:t>Приложение 2</w:t>
      </w:r>
    </w:p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ОПИСЬ ИМУЩЕСТВА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к договору найма жилого помещения от «___» ____________ 20__ г.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000000"/>
                <w:sz w:val="22"/>
              </w:rPr>
              <w:t>Наименование</w:t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000000"/>
                <w:sz w:val="22"/>
              </w:rPr>
              <w:t>Количество</w:t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000000"/>
                <w:sz w:val="22"/>
              </w:rPr>
              <w:t>Состояние</w:t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  <w:tr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3230"/>
            <w:vAlign w:val="center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r/>
            <w:r>
              <w:rPr>
                <w:rFonts w:ascii="Times New Roman" w:hAnsi="Times New Roman"/>
                <w:sz w:val="22"/>
              </w:rPr>
            </w:r>
          </w:p>
        </w:tc>
      </w:tr>
    </w:tbl>
    <w:p/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Наймодатель: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Наниматель: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i/>
          <w:sz w:val="24"/>
        </w:rPr>
        <w:t>Заполнить онлайн: vibepilot.ru/dogovor/arendy-kvartiry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