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before="240" w:after="120"/>
        <w:jc w:val="center"/>
      </w:pPr>
      <w:r>
        <w:rPr>
          <w:rFonts w:ascii="Times New Roman" w:hAnsi="Times New Roman"/>
          <w:b/>
          <w:color w:val="000000"/>
          <w:sz w:val="36"/>
        </w:rPr>
        <w:t>ДОГОВОР ВОЗМЕЗДНОГО ОКАЗАНИЯ УСЛУГ</w:t>
      </w:r>
    </w:p>
    <w:p>
      <w:pPr>
        <w:spacing w:after="120"/>
        <w:ind w:firstLine="0"/>
        <w:jc w:val="center"/>
      </w:pPr>
      <w:r>
        <w:rPr>
          <w:rFonts w:ascii="Times New Roman" w:hAnsi="Times New Roman"/>
          <w:sz w:val="24"/>
        </w:rPr>
        <w:t>г. ________, «___» ____________ 20__ г.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________, именуемый(ая) в дальнейшем «Заказчик», с одной стороны, и ________, именуемый(ая) в дальнейшем «Исполнитель», с другой стороны, заключили настоящий договор о нижеследующем.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1. Предмет договора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1.1. Исполнитель обязуется по заданию Заказчика оказать услуги, а Заказчик обязуется оплатить их (ст. 779 ГК РФ). Перечень услуг: ________.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1.2. Услуги оказываются Исполнителем лично (ст. 780 ГК РФ).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2. Сроки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2.1. Услуги оказываются в период с «___» ____________ 20__ г. по «___» ____________ 20__ г.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3. Стоимость услуг и порядок расчётов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3.1. Стоимость услуг составляет ________ (________) рублей ________ копеек (ст. 781 ГК РФ).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3.2. Заказчик оплачивает услуги ________.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3.3. Оплата производится по реквизитам: ________.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4. Порядок сдачи и приёмки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4.1. После оказания услуг Исполнитель передаёт Заказчику акт оказанных услуг (Приложение 1).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4.2. Заказчик в течение 3 рабочих дней подписывает акт либо направляет мотивированные возражения. Если возражений нет, услуги считаются оказанными надлежащим образом.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5. Права и обязанности сторон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5.1. Исполнитель обязан оказать услуги качественно и в срок, по требованию Заказчика сообщать о ходе их оказания.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5.2. Заказчик обязан предоставить Исполнителю информацию и содействие, необходимые для оказания услуг, и оплатить услуги в порядке, установленном договором.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5.3. Стороны обязуются не разглашать сведения, ставшие им известными в связи с исполнением договора.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6. Расторжение договора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6.1. Заказчик вправе отказаться от договора, оплатив Исполнителю фактически понесённые расходы. Исполнитель вправе отказаться от договора при условии полного возмещения Заказчику убытков (ст. 782 ГК РФ).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6.2. Сторона, отказывающаяся от договора, письменно уведомляет другую сторону не позднее чем за 5 рабочих дней.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7. Заключительные положения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7.1. Договор вступает в силу с момента подписания и действует до полного исполнения обязательств.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7.2. Договор составлен в двух экземплярах, имеющих одинаковую силу, по одному для каждой стороны.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7.3. Изменения и дополнения к договору действительны, если сделаны в письменной форме и подписаны обеими сторонами.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7.4. Споры стороны решают путём переговоров, а при недостижении согласия в суде по месту нахождения ответчика.</w:t>
      </w:r>
    </w:p>
    <w:p>
      <w:pPr>
        <w:pStyle w:val="Heading2"/>
        <w:spacing w:before="240" w:after="120"/>
        <w:jc w:val="center"/>
      </w:pPr>
      <w:r>
        <w:rPr>
          <w:rFonts w:ascii="Times New Roman" w:hAnsi="Times New Roman"/>
          <w:b/>
          <w:color w:val="000000"/>
          <w:sz w:val="28"/>
        </w:rPr>
        <w:t>Реквизиты и подписи сторон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Заказчик: ________. ________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______________ / ________ /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Исполнитель: ________. ________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______________ / ________ /</w:t>
      </w:r>
    </w:p>
    <w:p>
      <w:r>
        <w:br w:type="page"/>
      </w:r>
    </w:p>
    <w:p>
      <w:pPr>
        <w:pStyle w:val="Heading1"/>
        <w:spacing w:before="240" w:after="120"/>
        <w:jc w:val="right"/>
      </w:pPr>
      <w:r>
        <w:rPr>
          <w:rFonts w:ascii="Times New Roman" w:hAnsi="Times New Roman"/>
          <w:b/>
          <w:color w:val="000000"/>
          <w:sz w:val="36"/>
        </w:rPr>
        <w:t>Приложение 1</w:t>
      </w:r>
    </w:p>
    <w:p>
      <w:pPr>
        <w:pStyle w:val="Heading1"/>
        <w:spacing w:before="240" w:after="120"/>
        <w:jc w:val="center"/>
      </w:pPr>
      <w:r>
        <w:rPr>
          <w:rFonts w:ascii="Times New Roman" w:hAnsi="Times New Roman"/>
          <w:b/>
          <w:color w:val="000000"/>
          <w:sz w:val="36"/>
        </w:rPr>
        <w:t>АКТ ОКАЗАННЫХ УСЛУГ</w:t>
      </w:r>
    </w:p>
    <w:p>
      <w:pPr>
        <w:spacing w:after="120"/>
        <w:ind w:firstLine="0"/>
        <w:jc w:val="center"/>
      </w:pPr>
      <w:r>
        <w:rPr>
          <w:rFonts w:ascii="Times New Roman" w:hAnsi="Times New Roman"/>
          <w:sz w:val="24"/>
        </w:rPr>
        <w:t>к договору возмездного оказания услуг от «___» ____________ 20__ г.</w:t>
      </w:r>
    </w:p>
    <w:p>
      <w:pPr>
        <w:spacing w:after="120"/>
        <w:ind w:firstLine="0"/>
        <w:jc w:val="center"/>
      </w:pPr>
      <w:r>
        <w:rPr>
          <w:rFonts w:ascii="Times New Roman" w:hAnsi="Times New Roman"/>
          <w:sz w:val="24"/>
        </w:rPr>
        <w:t>г. ________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________ (Исполнитель) оказал, а ________ (Заказчик) принял следующие услуги: ________.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Период оказания услуг: с «___» ____________ 20__ г. по «___» ____________ 20__ г.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Стоимость услуг составляет ________ (________) рублей ________ копеек.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Услуги оказаны в полном объёме и в срок. Заказчик претензий по объёму, качеству и срокам оказания услуг не имеет.</w:t>
      </w:r>
    </w:p>
    <w:p>
      <w:pPr>
        <w:pStyle w:val="Heading2"/>
        <w:spacing w:before="240" w:after="120"/>
        <w:jc w:val="center"/>
      </w:pPr>
      <w:r>
        <w:rPr>
          <w:rFonts w:ascii="Times New Roman" w:hAnsi="Times New Roman"/>
          <w:b/>
          <w:color w:val="000000"/>
          <w:sz w:val="28"/>
        </w:rPr>
        <w:t>Подписи сторон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Заказчик: ______________ / ________ /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Исполнитель: ______________ / ________ /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i/>
          <w:sz w:val="24"/>
        </w:rPr>
        <w:t>Заполнить онлайн: vibepilot.ru/dogovor/okazaniya-uslug</w:t>
      </w:r>
    </w:p>
    <w:sectPr w:rsidR="00FC693F" w:rsidRPr="0006063C" w:rsidSect="00034616"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