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ДОГОВОР ВОЗМЕЗДНОГО ОКАЗАНИЯ УСЛУГ С САМОЗАНЯТЫМ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________,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________, именуемый(ая) в дальнейшем «Заказчик», с одной стороны, и ________, ИНН ________, применяющий специальный налоговый режим «Налог на профессиональный доход» (далее: самозанятый), именуемый(ая) в дальнейшем «Исполнитель», с другой стороны, заключили настоящий договор о нижеследующем.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1.1. Исполнитель обязуется по заданию Заказчика оказать услуги, а Заказчик обязуется оплатить их (ст. 779 ГК РФ). Перечень услуг: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1.2. Услуги оказываются Исполнителем лично (ст. 780 ГК РФ).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2. Сроки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2.1. Услуги оказываются в период с «___» ____________ 20__ г. по «___» ____________ 20__ г.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3. Стоимость услуг и порядок расчётов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3.1. Стоимость услуг составляет ________ (________) рублей ________ копеек (ст. 781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3.2. Заказчик оплачивает услуги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3.3. Оплата производится по реквизитам: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3.4. Исполнитель заявляет, что применяет специальный налоговый режим «Налог на профессиональный доход» в соответствии с Федеральным законом от 27.11.2018 № 422-ФЗ, и самостоятельно уплачивает налог.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3.5. После получения оплаты Исполнитель формирует чек в порядке, установленном законодательством о налоге на профессиональный доход, и передаёт его Заказчику в установленный срок.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3.6. Заказчик не удерживает налог на доходы физических лиц и не уплачивает страховые взносы с вознаграждения Исполнителя, пока Исполнитель применяет указанный режим.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3.7. Если Исполнитель утратит право на применение этого режима, он обязан в течение 3 рабочих дней письменно уведомить об этом Заказчика. До получения уведомления Исполнитель несёт ответственность за последствия, связанные с отсутствием права на режим.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4. Порядок сдачи и приёмки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4.1. После оказания услуг Исполнитель передаёт Заказчику акт оказанных услуг (Приложение 1).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4.2. Заказчик в течение 3 рабочих дней подписывает акт либо направляет мотивированные возражения. Если возражений нет, услуги считаются оказанными надлежащим образом.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5. Права и обязанности сторон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5.1. Исполнитель обязан оказать услуги качественно и в срок, по требованию Заказчика сообщать о ходе их оказания.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5.2. Заказчик обязан предоставить Исполнителю информацию и содействие, необходимые для оказания услуг, и оплатить услуги в порядке, установленном договором.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5.3. Стороны обязуются не разглашать сведения, ставшие им известными в связи с исполнением договора.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6. Расторжение договора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6.1. Заказчик вправе отказаться от договора, оплатив Исполнителю фактически понесённые расходы. Исполнитель вправе отказаться от договора при условии полного возмещения Заказчику убытков (ст. 782 ГК РФ).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6.2. Сторона, отказывающаяся от договора, письменно уведомляет другую сторону не позднее чем за 5 рабочих дней.</w:t>
      </w:r>
    </w:p>
    <w:p>
      <w:pPr>
        <w:pStyle w:val="Heading2"/>
        <w:spacing w:before="240" w:after="120"/>
        <w:jc w:val="left"/>
      </w:pPr>
      <w:r>
        <w:rPr>
          <w:rFonts w:ascii="Times New Roman" w:hAnsi="Times New Roman"/>
          <w:b/>
          <w:color w:val="000000"/>
          <w:sz w:val="28"/>
        </w:rPr>
        <w:t>7.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7.1. Договор вступает в силу с момента подписания и действует до полного исполнения обязательств.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7.2. Договор составлен в двух экземплярах, имеющих одинаковую силу, по одному для каждой стороны.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7.3. Изменения и дополнения к договору действительны, если сделаны в письменной форме и подписаны обеими сторонами.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7.4. Споры стороны решают путём переговоров, а при недостижении согласия в суде по месту нахождения ответчика.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Реквизиты и 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Заказчик: ________. ________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Исполнитель: ________, ИНН ________. ________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______________ / ________ /</w:t>
      </w:r>
    </w:p>
    <w:p>
      <w:r>
        <w:br w:type="page"/>
      </w:r>
    </w:p>
    <w:p>
      <w:pPr>
        <w:pStyle w:val="Heading1"/>
        <w:spacing w:before="240" w:after="120"/>
        <w:jc w:val="right"/>
      </w:pPr>
      <w:r>
        <w:rPr>
          <w:rFonts w:ascii="Times New Roman" w:hAnsi="Times New Roman"/>
          <w:b/>
          <w:color w:val="000000"/>
          <w:sz w:val="36"/>
        </w:rPr>
        <w:t>Приложение 1</w:t>
      </w:r>
    </w:p>
    <w:p>
      <w:pPr>
        <w:pStyle w:val="Heading1"/>
        <w:spacing w:before="240" w:after="120"/>
        <w:jc w:val="center"/>
      </w:pPr>
      <w:r>
        <w:rPr>
          <w:rFonts w:ascii="Times New Roman" w:hAnsi="Times New Roman"/>
          <w:b/>
          <w:color w:val="000000"/>
          <w:sz w:val="36"/>
        </w:rPr>
        <w:t>АКТ ОКАЗАННЫХ УСЛУГ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к договору возмездного оказания услуг с самозанятым от «___» ____________ 20__ г.</w:t>
      </w:r>
    </w:p>
    <w:p>
      <w:pPr>
        <w:spacing w:after="120"/>
        <w:ind w:firstLine="0"/>
        <w:jc w:val="center"/>
      </w:pPr>
      <w:r>
        <w:rPr>
          <w:rFonts w:ascii="Times New Roman" w:hAnsi="Times New Roman"/>
          <w:sz w:val="24"/>
        </w:rPr>
        <w:t>г. ________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________ (Исполнитель) оказал, а ________ (Заказчик) принял следующие услуги: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Период оказания услуг: с «___» ____________ 20__ г. по «___» ____________ 20__ г.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Стоимость услуг составляет ________ (________) рублей ________ копеек.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Чек, подтверждающий получение дохода, сформирован Исполнителем: № ________ от ________.</w:t>
      </w:r>
    </w:p>
    <w:p>
      <w:pPr>
        <w:spacing w:after="120"/>
        <w:ind w:firstLine="709"/>
        <w:jc w:val="both"/>
      </w:pPr>
      <w:r>
        <w:rPr>
          <w:rFonts w:ascii="Times New Roman" w:hAnsi="Times New Roman"/>
          <w:sz w:val="24"/>
        </w:rPr>
        <w:t>Услуги оказаны в полном объёме и в срок. Заказчик претензий по объёму, качеству и срокам оказания услуг не имеет.</w:t>
      </w:r>
    </w:p>
    <w:p>
      <w:pPr>
        <w:pStyle w:val="Heading2"/>
        <w:spacing w:before="240" w:after="120"/>
        <w:jc w:val="center"/>
      </w:pPr>
      <w:r>
        <w:rPr>
          <w:rFonts w:ascii="Times New Roman" w:hAnsi="Times New Roman"/>
          <w:b/>
          <w:color w:val="000000"/>
          <w:sz w:val="28"/>
        </w:rPr>
        <w:t>Подписи сторон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Заказчик: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sz w:val="24"/>
        </w:rPr>
        <w:t>Исполнитель: ______________ / ________ /</w:t>
      </w:r>
    </w:p>
    <w:p>
      <w:pPr>
        <w:spacing w:after="120"/>
        <w:ind w:firstLine="709"/>
        <w:jc w:val="left"/>
      </w:pPr>
      <w:r>
        <w:rPr>
          <w:rFonts w:ascii="Times New Roman" w:hAnsi="Times New Roman"/>
          <w:i/>
          <w:sz w:val="24"/>
        </w:rPr>
        <w:t>Заполнить онлайн: vibepilot.ru/dogovor/s-samozanyatym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