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ДОГОВОР ЗАЙМА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г. ________, «___» ____________ 20__ 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________, паспорт серия и номер ________, выдан ________ ________, зарегистрированный(ая) по адресу: ________, именуемый(ая) в дальнейшем «Займодавец», с одной стороны, и ________, паспорт серия и номер ________, выдан ________ ________, зарегистрированный(ая) по адресу: ________, именуемый(ая) в дальнейшем «Заёмщик», с другой стороны, заключили настоящий договор о нижеследующем.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1. Предмет договора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1.1. Займодавец передаёт Заёмщику в собственность денежные средства в сумме ________ (________) рублей ________ копеек (далее: сумма займа), а Заёмщик обязуется вернуть такую же сумму денег (ст. 807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1.2. Займодавец передаёт сумму займа ________ в день подписания договора. Получение денег Заёмщик подтверждает распиской (Приложение 1) (ст. 808 ГК РФ).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2. Проценты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2.1. Проценты за пользование займом: ________.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3. Возврат займа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3.1. Заёмщик возвращает сумму займа единовременно не позднее «___» ____________ 20__ г. (ст. 810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3.2. Заёмщик вправе вернуть заём досрочно полностью или частично. Возвращённая сумма засчитывается в счёт займа.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3.3. Возврат подтверждается распиской Займодавца или иным документом, из которого видно, что деньги получены.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4. Ответственность сторон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4.1. Если Заёмщик не вернёт сумму займа в срок, на неё начисляются проценты за пользование чужими денежными средствами в размере, установленном ст. 395 ГК РФ, со дня, когда сумма должна быть возвращена, до дня её возврата Займодавцу (ст. 811 ГК РФ).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5. Заключительные положения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5.1. Договор вступает в силу с момента передачи суммы займа и действует до полного исполнения обязательств.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5.2. Договор составлен в двух экземплярах, имеющих одинаковую силу, по одному для каждой стороны.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5.3. Изменения и дополнения к договору действительны, если сделаны в письменной форме и подписаны обеими сторонами.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5.4. Споры стороны решают путём переговоров, а при недостижении согласия в суде по месту нахождения ответчика.</w:t>
      </w:r>
    </w:p>
    <w:p>
      <w:pPr>
        <w:pStyle w:val="Heading2"/>
        <w:spacing w:before="240" w:after="120"/>
        <w:jc w:val="center"/>
      </w:pPr>
      <w:r>
        <w:rPr>
          <w:rFonts w:ascii="Times New Roman" w:hAnsi="Times New Roman"/>
          <w:b/>
          <w:color w:val="000000"/>
          <w:sz w:val="28"/>
        </w:rPr>
        <w:t>Адреса и подписи сторон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Займодавец: ________, адрес регистрации: ________, телефон: ________.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Заёмщик: ________, адрес регистрации: ________, телефон: ________.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______________ / ________ /</w:t>
      </w:r>
    </w:p>
    <w:p>
      <w:r>
        <w:br w:type="page"/>
      </w:r>
    </w:p>
    <w:p>
      <w:pPr>
        <w:pStyle w:val="Heading1"/>
        <w:spacing w:before="240" w:after="120"/>
        <w:jc w:val="right"/>
      </w:pPr>
      <w:r>
        <w:rPr>
          <w:rFonts w:ascii="Times New Roman" w:hAnsi="Times New Roman"/>
          <w:b/>
          <w:color w:val="000000"/>
          <w:sz w:val="36"/>
        </w:rPr>
        <w:t>Приложение 1</w:t>
      </w:r>
    </w:p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РАСПИСКА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г. ________, «___» ____________ 20__ 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Я, ________, паспорт серия и номер ________, выдан ________ ________, зарегистрированный(ая) по адресу: ________, получил(а) от ________, паспорт серия и номер ________, денежные средства в сумме ________ (________) рублей ________ копеек по договору займа от «___» ____________ 20__ 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Деньги получены ________ полностью. Обязуюсь вернуть сумму займа не позднее «___» ____________ 20__ г.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i/>
          <w:sz w:val="24"/>
        </w:rPr>
        <w:t>Заполнить онлайн: vibepilot.ru/dogovor/zayma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